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C6707" w14:textId="77777777" w:rsidR="0054731C" w:rsidRDefault="00000000">
      <w:pPr>
        <w:pStyle w:val="Rubrik1"/>
      </w:pPr>
      <w:r>
        <w:t>FULLMAKT – ÅRSSTÄMMA</w:t>
      </w:r>
    </w:p>
    <w:p w14:paraId="3A19385B" w14:textId="77777777" w:rsidR="0054731C" w:rsidRDefault="00000000">
      <w:r>
        <w:t>Fornborgens samfällighetsförening och/eller tomtägarförening</w:t>
      </w:r>
    </w:p>
    <w:p w14:paraId="7493D977" w14:textId="77777777" w:rsidR="0054731C" w:rsidRDefault="00000000">
      <w:r>
        <w:t>Jag, undertecknad,</w:t>
      </w:r>
    </w:p>
    <w:p w14:paraId="670AA556" w14:textId="77777777" w:rsidR="0054731C" w:rsidRDefault="00000000">
      <w:r>
        <w:t>Namn: .......................................................</w:t>
      </w:r>
    </w:p>
    <w:p w14:paraId="1E75BEDE" w14:textId="77777777" w:rsidR="0054731C" w:rsidRDefault="00000000">
      <w:r>
        <w:t>Fastighetsbeteckning: Kaggeholm ___:___</w:t>
      </w:r>
    </w:p>
    <w:p w14:paraId="26281055" w14:textId="77777777" w:rsidR="0054731C" w:rsidRDefault="00000000">
      <w:r>
        <w:t>Adress: .......................................................</w:t>
      </w:r>
    </w:p>
    <w:p w14:paraId="6A0763DE" w14:textId="77777777" w:rsidR="0054731C" w:rsidRDefault="00000000">
      <w:r>
        <w:t>Telefonnummer: .......................................................</w:t>
      </w:r>
    </w:p>
    <w:p w14:paraId="388F376E" w14:textId="77777777" w:rsidR="0054731C" w:rsidRDefault="00000000">
      <w:r>
        <w:t>E-postadress: .......................................................</w:t>
      </w:r>
    </w:p>
    <w:p w14:paraId="694E537F" w14:textId="77777777" w:rsidR="0054731C" w:rsidRDefault="00000000">
      <w:r>
        <w:t>ger härmed</w:t>
      </w:r>
    </w:p>
    <w:p w14:paraId="7CE6157C" w14:textId="77777777" w:rsidR="0054731C" w:rsidRDefault="00000000">
      <w:r>
        <w:t>Namn på ombud: .......................................................</w:t>
      </w:r>
    </w:p>
    <w:p w14:paraId="21D33AE6" w14:textId="77777777" w:rsidR="0054731C" w:rsidRDefault="00000000">
      <w:r>
        <w:t>Adress: .......................................................</w:t>
      </w:r>
    </w:p>
    <w:p w14:paraId="3F873EFB" w14:textId="77777777" w:rsidR="0054731C" w:rsidRDefault="00000000">
      <w:r>
        <w:t>Telefonnummer: .......................................................</w:t>
      </w:r>
    </w:p>
    <w:p w14:paraId="4287EA37" w14:textId="77777777" w:rsidR="0054731C" w:rsidRDefault="00000000">
      <w:r>
        <w:t>E-postadress: .......................................................</w:t>
      </w:r>
    </w:p>
    <w:p w14:paraId="7331214F" w14:textId="77777777" w:rsidR="0054731C" w:rsidRDefault="00000000">
      <w:r>
        <w:t>fullmakt att företräda mig vid årsstämman för:</w:t>
      </w:r>
    </w:p>
    <w:p w14:paraId="3ED7D207" w14:textId="77777777" w:rsidR="0054731C" w:rsidRDefault="00000000">
      <w:r>
        <w:t>☐ Fornborgens samfällighetsförening</w:t>
      </w:r>
    </w:p>
    <w:p w14:paraId="78A139F8" w14:textId="77777777" w:rsidR="0054731C" w:rsidRDefault="00000000">
      <w:r>
        <w:t>☐ Fornborgens tomtägarförening</w:t>
      </w:r>
    </w:p>
    <w:p w14:paraId="5C39E0B8" w14:textId="77777777" w:rsidR="0054731C" w:rsidRDefault="00000000">
      <w:r>
        <w:t>☐ Båda föreningarna</w:t>
      </w:r>
    </w:p>
    <w:p w14:paraId="336ED5FA" w14:textId="77777777" w:rsidR="0054731C" w:rsidRDefault="00000000">
      <w:r>
        <w:t>som äger rum den ______ (år, datum), samt att rösta i mitt ställe i de ärenden som behandlas enligt dagordningen.</w:t>
      </w:r>
      <w:r>
        <w:br/>
      </w:r>
      <w:r>
        <w:br/>
        <w:t>Denna fullmakt gäller endast för ovan angiven stämma.</w:t>
      </w:r>
      <w:r>
        <w:br/>
      </w:r>
      <w:r>
        <w:br/>
        <w:t>Ort och datum: ____________________________</w:t>
      </w:r>
      <w:r>
        <w:br/>
      </w:r>
      <w:r>
        <w:br/>
        <w:t>Underskrift: ____________________________</w:t>
      </w:r>
      <w:r>
        <w:br/>
        <w:t>(Namnteckning fastighetsägare)</w:t>
      </w:r>
      <w:r>
        <w:br/>
      </w:r>
    </w:p>
    <w:sectPr w:rsidR="0054731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rerad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rerad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ktlist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ktlist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18784138">
    <w:abstractNumId w:val="8"/>
  </w:num>
  <w:num w:numId="2" w16cid:durableId="1914974428">
    <w:abstractNumId w:val="6"/>
  </w:num>
  <w:num w:numId="3" w16cid:durableId="1861508856">
    <w:abstractNumId w:val="5"/>
  </w:num>
  <w:num w:numId="4" w16cid:durableId="640886637">
    <w:abstractNumId w:val="4"/>
  </w:num>
  <w:num w:numId="5" w16cid:durableId="1369574148">
    <w:abstractNumId w:val="7"/>
  </w:num>
  <w:num w:numId="6" w16cid:durableId="2016228140">
    <w:abstractNumId w:val="3"/>
  </w:num>
  <w:num w:numId="7" w16cid:durableId="2015495333">
    <w:abstractNumId w:val="2"/>
  </w:num>
  <w:num w:numId="8" w16cid:durableId="560873204">
    <w:abstractNumId w:val="1"/>
  </w:num>
  <w:num w:numId="9" w16cid:durableId="513302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4731C"/>
    <w:rsid w:val="006C7494"/>
    <w:rsid w:val="009F7048"/>
    <w:rsid w:val="00AA1D8D"/>
    <w:rsid w:val="00B47730"/>
    <w:rsid w:val="00B71DFF"/>
    <w:rsid w:val="00CB0664"/>
    <w:rsid w:val="00CD751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6C2453"/>
  <w14:defaultImageDpi w14:val="300"/>
  <w15:docId w15:val="{5B65B2F4-3AEB-4D4A-94D6-2B85CAB96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Rubrik1">
    <w:name w:val="heading 1"/>
    <w:basedOn w:val="Normal"/>
    <w:next w:val="Normal"/>
    <w:link w:val="Rubri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618BF"/>
  </w:style>
  <w:style w:type="paragraph" w:styleId="Sidfot">
    <w:name w:val="footer"/>
    <w:basedOn w:val="Normal"/>
    <w:link w:val="Sidfo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618BF"/>
  </w:style>
  <w:style w:type="paragraph" w:styleId="Ingetavstnd">
    <w:name w:val="No Spacing"/>
    <w:uiPriority w:val="1"/>
    <w:qFormat/>
    <w:rsid w:val="00FC693F"/>
    <w:pPr>
      <w:spacing w:after="0" w:line="240" w:lineRule="auto"/>
    </w:pPr>
  </w:style>
  <w:style w:type="character" w:customStyle="1" w:styleId="Rubrik1Char">
    <w:name w:val="Rubrik 1 Char"/>
    <w:basedOn w:val="Standardstycketeckensnitt"/>
    <w:link w:val="Rubri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Rubrik">
    <w:name w:val="Title"/>
    <w:basedOn w:val="Normal"/>
    <w:next w:val="Normal"/>
    <w:link w:val="Rubrik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stycke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rdtext">
    <w:name w:val="Body Text"/>
    <w:basedOn w:val="Normal"/>
    <w:link w:val="BrdtextChar"/>
    <w:uiPriority w:val="99"/>
    <w:unhideWhenUsed/>
    <w:rsid w:val="00AA1D8D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rsid w:val="00AA1D8D"/>
  </w:style>
  <w:style w:type="paragraph" w:styleId="Brdtext2">
    <w:name w:val="Body Text 2"/>
    <w:basedOn w:val="Normal"/>
    <w:link w:val="Brdtext2Char"/>
    <w:uiPriority w:val="99"/>
    <w:unhideWhenUsed/>
    <w:rsid w:val="00AA1D8D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rsid w:val="00AA1D8D"/>
  </w:style>
  <w:style w:type="paragraph" w:styleId="Brdtext3">
    <w:name w:val="Body Text 3"/>
    <w:basedOn w:val="Normal"/>
    <w:link w:val="Brd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Punktlista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Punktlista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Punktlista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reradlist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reradlist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reradlist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fortstt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fortstt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fortstt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Char">
    <w:name w:val="Makrotext Char"/>
    <w:basedOn w:val="Standardstycketeckensnit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har"/>
    <w:uiPriority w:val="29"/>
    <w:qFormat/>
    <w:rsid w:val="00FC693F"/>
    <w:rPr>
      <w:i/>
      <w:iCs/>
      <w:color w:val="000000" w:themeColor="text1"/>
    </w:rPr>
  </w:style>
  <w:style w:type="character" w:customStyle="1" w:styleId="CitatChar">
    <w:name w:val="Citat Char"/>
    <w:basedOn w:val="Standardstycketeckensnitt"/>
    <w:link w:val="Citat"/>
    <w:uiPriority w:val="29"/>
    <w:rsid w:val="00FC693F"/>
    <w:rPr>
      <w:i/>
      <w:iCs/>
      <w:color w:val="000000" w:themeColor="text1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krivning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ark">
    <w:name w:val="Strong"/>
    <w:basedOn w:val="Standardstycketeckensnitt"/>
    <w:uiPriority w:val="22"/>
    <w:qFormat/>
    <w:rsid w:val="00FC693F"/>
    <w:rPr>
      <w:b/>
      <w:bCs/>
    </w:rPr>
  </w:style>
  <w:style w:type="character" w:styleId="Betoning">
    <w:name w:val="Emphasis"/>
    <w:basedOn w:val="Standardstycketeckensnitt"/>
    <w:uiPriority w:val="20"/>
    <w:qFormat/>
    <w:rsid w:val="00FC693F"/>
    <w:rPr>
      <w:i/>
      <w:iCs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FC693F"/>
    <w:rPr>
      <w:b/>
      <w:bCs/>
      <w:i/>
      <w:iCs/>
      <w:color w:val="4F81BD" w:themeColor="accent1"/>
    </w:rPr>
  </w:style>
  <w:style w:type="character" w:styleId="Diskretbetoning">
    <w:name w:val="Subtle Emphasis"/>
    <w:basedOn w:val="Standardstycketeckensnitt"/>
    <w:uiPriority w:val="19"/>
    <w:qFormat/>
    <w:rsid w:val="00FC693F"/>
    <w:rPr>
      <w:i/>
      <w:iCs/>
      <w:color w:val="808080" w:themeColor="text1" w:themeTint="7F"/>
    </w:rPr>
  </w:style>
  <w:style w:type="character" w:styleId="Starkbetoning">
    <w:name w:val="Intense Emphasis"/>
    <w:basedOn w:val="Standardstycketeckensnitt"/>
    <w:uiPriority w:val="21"/>
    <w:qFormat/>
    <w:rsid w:val="00FC693F"/>
    <w:rPr>
      <w:b/>
      <w:bCs/>
      <w:i/>
      <w:iCs/>
      <w:color w:val="4F81BD" w:themeColor="accent1"/>
    </w:rPr>
  </w:style>
  <w:style w:type="character" w:styleId="Diskretreferens">
    <w:name w:val="Subtle Reference"/>
    <w:basedOn w:val="Standardstycketeckensnitt"/>
    <w:uiPriority w:val="31"/>
    <w:qFormat/>
    <w:rsid w:val="00FC693F"/>
    <w:rPr>
      <w:smallCaps/>
      <w:color w:val="C0504D" w:themeColor="accent2"/>
      <w:u w:val="single"/>
    </w:rPr>
  </w:style>
  <w:style w:type="character" w:styleId="Starkreferens">
    <w:name w:val="Intense Reference"/>
    <w:basedOn w:val="Standardstycketeckensnit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kenstitel">
    <w:name w:val="Book Title"/>
    <w:basedOn w:val="Standardstycketeckensnitt"/>
    <w:uiPriority w:val="33"/>
    <w:qFormat/>
    <w:rsid w:val="00FC693F"/>
    <w:rPr>
      <w:b/>
      <w:bCs/>
      <w:smallCaps/>
      <w:spacing w:val="5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FC693F"/>
    <w:pPr>
      <w:outlineLvl w:val="9"/>
    </w:pPr>
  </w:style>
  <w:style w:type="table" w:styleId="Tabellrutnt">
    <w:name w:val="Table Grid"/>
    <w:basedOn w:val="Normaltabel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jusskuggning">
    <w:name w:val="Light Shading"/>
    <w:basedOn w:val="Normaltabel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jusskuggning-dekorfrg1">
    <w:name w:val="Light Shading Accent 1"/>
    <w:basedOn w:val="Normaltabel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juslista">
    <w:name w:val="Light List"/>
    <w:basedOn w:val="Normaltabel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juslista-dekorfrg1">
    <w:name w:val="Light List Accent 1"/>
    <w:basedOn w:val="Normaltabel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juslista-dekorfrg2">
    <w:name w:val="Light List Accent 2"/>
    <w:basedOn w:val="Normaltabel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juslista-dekorfrg3">
    <w:name w:val="Light List Accent 3"/>
    <w:basedOn w:val="Normaltabel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juslista-dekorfrg4">
    <w:name w:val="Light List Accent 4"/>
    <w:basedOn w:val="Normaltabel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juslista-dekorfrg5">
    <w:name w:val="Light List Accent 5"/>
    <w:basedOn w:val="Normaltabel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juslista-dekorfrg6">
    <w:name w:val="Light List Accent 6"/>
    <w:basedOn w:val="Normaltabel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justrutnt">
    <w:name w:val="Light Grid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justrutnt-dekorfrg1">
    <w:name w:val="Light Grid Accent 1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justrutnt-dekorfrg2">
    <w:name w:val="Light Grid Accent 2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justrutnt-dekorfrg3">
    <w:name w:val="Light Grid Accent 3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justrutnt-dekorfrg4">
    <w:name w:val="Light Grid Accent 4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justrutnt-dekorfrg5">
    <w:name w:val="Light Grid Accent 5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justrutnt-dekorfrg6">
    <w:name w:val="Light Grid Accent 6"/>
    <w:basedOn w:val="Normaltabel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llanmrkskuggning1">
    <w:name w:val="Medium Shading 1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lista1">
    <w:name w:val="Medium List 1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llanmrklista2">
    <w:name w:val="Medium List 2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trutnt1">
    <w:name w:val="Medium Grid 1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llanmrktrutnt2">
    <w:name w:val="Medium Grid 2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rklista">
    <w:name w:val="Dark List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rklista-dekorfrg1">
    <w:name w:val="Dark List Accent 1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Mrklista-dekorfrg2">
    <w:name w:val="Dark List Accent 2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Mrklista-dekorfrg3">
    <w:name w:val="Dark List Accent 3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Mrklista-dekorfrg4">
    <w:name w:val="Dark List Accent 4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Mrklista-dekorfrg5">
    <w:name w:val="Dark List Accent 5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Mrklista-dekorfrg6">
    <w:name w:val="Dark List Accent 6"/>
    <w:basedOn w:val="Normaltabel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rgadskuggning">
    <w:name w:val="Colorful Shading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1">
    <w:name w:val="Colorful Shading Accent 1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2">
    <w:name w:val="Colorful Shading Accent 2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3">
    <w:name w:val="Colorful Shading Accent 3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5">
    <w:name w:val="Colorful Shading Accent 5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6">
    <w:name w:val="Colorful Shading Accent 6"/>
    <w:basedOn w:val="Normaltabel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lista">
    <w:name w:val="Colorful List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rgadlista-dekorfrg1">
    <w:name w:val="Colorful List Accent 1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rgadlista-dekorfrg2">
    <w:name w:val="Colorful List Accent 2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rgadlista-dekorfrg3">
    <w:name w:val="Colorful List Accent 3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rgadlista-dekorfrg4">
    <w:name w:val="Colorful List Accent 4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rgadlista-dekorfrg5">
    <w:name w:val="Colorful List Accent 5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rgadlista-dekorfrg6">
    <w:name w:val="Colorful List Accent 6"/>
    <w:basedOn w:val="Normaltabel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rgatrutnt">
    <w:name w:val="Colorful Grid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rgatrutnt-dekorfrg1">
    <w:name w:val="Colorful Grid Accent 1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rgatrutnt-dekorfrg2">
    <w:name w:val="Colorful Grid Accent 2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rgatrutnt-dekorfrg3">
    <w:name w:val="Colorful Grid Accent 3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rgatrutnt-dekorfrg4">
    <w:name w:val="Colorful Grid Accent 4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rgatrutnt-dekorfrg5">
    <w:name w:val="Colorful Grid Accent 5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rgatrutnt-dekorfrg6">
    <w:name w:val="Colorful Grid Accent 6"/>
    <w:basedOn w:val="Normaltabel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Anette Karls Fors</cp:lastModifiedBy>
  <cp:revision>2</cp:revision>
  <dcterms:created xsi:type="dcterms:W3CDTF">2025-09-24T12:10:00Z</dcterms:created>
  <dcterms:modified xsi:type="dcterms:W3CDTF">2025-09-24T12:10:00Z</dcterms:modified>
  <cp:category/>
</cp:coreProperties>
</file>