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F85D2" w14:textId="77777777" w:rsidR="00303CE0" w:rsidRPr="00481FC8" w:rsidRDefault="00000000">
      <w:pPr>
        <w:pStyle w:val="Rubrik1"/>
        <w:rPr>
          <w:lang w:val="sv-SE"/>
        </w:rPr>
      </w:pPr>
      <w:r w:rsidRPr="00481FC8">
        <w:rPr>
          <w:lang w:val="sv-SE"/>
        </w:rPr>
        <w:t>Medgivande till digital kommunikation</w:t>
      </w:r>
    </w:p>
    <w:p w14:paraId="7CCDAAB1" w14:textId="77777777" w:rsidR="00303CE0" w:rsidRPr="00481FC8" w:rsidRDefault="00000000">
      <w:pPr>
        <w:rPr>
          <w:lang w:val="sv-SE"/>
        </w:rPr>
      </w:pPr>
      <w:r w:rsidRPr="00481FC8">
        <w:rPr>
          <w:lang w:val="sv-SE"/>
        </w:rPr>
        <w:t>Härmed lämnar jag mitt medgivande till att Fornborgens samfällighetsförening och Fornborgens tomtägarförening får kommunicera med mig digitalt via e-post. Medgivandet omfattar bland annat kallelser, protokoll, information om föreningens verksamhet samt fakturor och andra utskick som annars skulle ha skickats per post.</w:t>
      </w:r>
    </w:p>
    <w:p w14:paraId="011FC5D2" w14:textId="77777777" w:rsidR="00303CE0" w:rsidRPr="00481FC8" w:rsidRDefault="00000000">
      <w:pPr>
        <w:rPr>
          <w:lang w:val="sv-SE"/>
        </w:rPr>
      </w:pPr>
      <w:r w:rsidRPr="00481FC8">
        <w:rPr>
          <w:lang w:val="sv-SE"/>
        </w:rPr>
        <w:br/>
        <w:t>Fastighetsbeteckning: __________________________</w:t>
      </w:r>
    </w:p>
    <w:p w14:paraId="3AF4B7AC" w14:textId="77777777" w:rsidR="00303CE0" w:rsidRPr="00481FC8" w:rsidRDefault="00000000">
      <w:pPr>
        <w:rPr>
          <w:lang w:val="sv-SE"/>
        </w:rPr>
      </w:pPr>
      <w:r w:rsidRPr="00481FC8">
        <w:rPr>
          <w:lang w:val="sv-SE"/>
        </w:rPr>
        <w:t>Namn: _________________________________________</w:t>
      </w:r>
    </w:p>
    <w:p w14:paraId="593705AB" w14:textId="77777777" w:rsidR="00303CE0" w:rsidRPr="00481FC8" w:rsidRDefault="00000000">
      <w:pPr>
        <w:rPr>
          <w:lang w:val="sv-SE"/>
        </w:rPr>
      </w:pPr>
      <w:r w:rsidRPr="00481FC8">
        <w:rPr>
          <w:lang w:val="sv-SE"/>
        </w:rPr>
        <w:t>E-postadress: _________________________________</w:t>
      </w:r>
    </w:p>
    <w:p w14:paraId="2EE161AA" w14:textId="77777777" w:rsidR="00303CE0" w:rsidRPr="00481FC8" w:rsidRDefault="00000000">
      <w:pPr>
        <w:rPr>
          <w:lang w:val="sv-SE"/>
        </w:rPr>
      </w:pPr>
      <w:r w:rsidRPr="00481FC8">
        <w:rPr>
          <w:lang w:val="sv-SE"/>
        </w:rPr>
        <w:t>Telefonnummer: ________________________________</w:t>
      </w:r>
    </w:p>
    <w:p w14:paraId="176C89DB" w14:textId="77777777" w:rsidR="00303CE0" w:rsidRPr="00C01CD8" w:rsidRDefault="00000000">
      <w:pPr>
        <w:rPr>
          <w:lang w:val="sv-SE"/>
        </w:rPr>
      </w:pPr>
      <w:r w:rsidRPr="00481FC8">
        <w:rPr>
          <w:lang w:val="sv-SE"/>
        </w:rPr>
        <w:br/>
      </w:r>
      <w:r w:rsidRPr="00C01CD8">
        <w:rPr>
          <w:lang w:val="sv-SE"/>
        </w:rPr>
        <w:t>Ort och datum: ________________________________</w:t>
      </w:r>
    </w:p>
    <w:p w14:paraId="39F15AE5" w14:textId="77777777" w:rsidR="00303CE0" w:rsidRPr="00C01CD8" w:rsidRDefault="00000000">
      <w:pPr>
        <w:rPr>
          <w:lang w:val="sv-SE"/>
        </w:rPr>
      </w:pPr>
      <w:r w:rsidRPr="00C01CD8">
        <w:rPr>
          <w:lang w:val="sv-SE"/>
        </w:rPr>
        <w:t>Underskrift: ___________________________________</w:t>
      </w:r>
    </w:p>
    <w:p w14:paraId="557F3AC6" w14:textId="77777777" w:rsidR="00AF1BF8" w:rsidRDefault="00AF1BF8">
      <w:pPr>
        <w:rPr>
          <w:lang w:val="sv-SE"/>
        </w:rPr>
      </w:pPr>
    </w:p>
    <w:p w14:paraId="0657F265" w14:textId="77777777" w:rsidR="00C01CD8" w:rsidRPr="00481FC8" w:rsidRDefault="00C01CD8" w:rsidP="00C01CD8">
      <w:pPr>
        <w:rPr>
          <w:lang w:val="sv-SE"/>
        </w:rPr>
      </w:pPr>
      <w:r w:rsidRPr="00481FC8">
        <w:rPr>
          <w:lang w:val="sv-SE"/>
        </w:rPr>
        <w:br/>
        <w:t>Fastighetsbeteckning: __________________________</w:t>
      </w:r>
    </w:p>
    <w:p w14:paraId="76FACD5A" w14:textId="77777777" w:rsidR="00C01CD8" w:rsidRPr="00481FC8" w:rsidRDefault="00C01CD8" w:rsidP="00C01CD8">
      <w:pPr>
        <w:rPr>
          <w:lang w:val="sv-SE"/>
        </w:rPr>
      </w:pPr>
      <w:r w:rsidRPr="00481FC8">
        <w:rPr>
          <w:lang w:val="sv-SE"/>
        </w:rPr>
        <w:t>Namn: _________________________________________</w:t>
      </w:r>
    </w:p>
    <w:p w14:paraId="0EA4EC89" w14:textId="77777777" w:rsidR="00C01CD8" w:rsidRPr="00481FC8" w:rsidRDefault="00C01CD8" w:rsidP="00C01CD8">
      <w:pPr>
        <w:rPr>
          <w:lang w:val="sv-SE"/>
        </w:rPr>
      </w:pPr>
      <w:r w:rsidRPr="00481FC8">
        <w:rPr>
          <w:lang w:val="sv-SE"/>
        </w:rPr>
        <w:t>E-postadress: _________________________________</w:t>
      </w:r>
    </w:p>
    <w:p w14:paraId="6812FA8A" w14:textId="77777777" w:rsidR="00C01CD8" w:rsidRPr="00481FC8" w:rsidRDefault="00C01CD8" w:rsidP="00C01CD8">
      <w:pPr>
        <w:rPr>
          <w:lang w:val="sv-SE"/>
        </w:rPr>
      </w:pPr>
      <w:r w:rsidRPr="00481FC8">
        <w:rPr>
          <w:lang w:val="sv-SE"/>
        </w:rPr>
        <w:t>Telefonnummer: ________________________________</w:t>
      </w:r>
    </w:p>
    <w:p w14:paraId="3B2277DE" w14:textId="77777777" w:rsidR="00C01CD8" w:rsidRPr="00C01CD8" w:rsidRDefault="00C01CD8" w:rsidP="00C01CD8">
      <w:pPr>
        <w:rPr>
          <w:lang w:val="sv-SE"/>
        </w:rPr>
      </w:pPr>
      <w:r w:rsidRPr="00481FC8">
        <w:rPr>
          <w:lang w:val="sv-SE"/>
        </w:rPr>
        <w:br/>
      </w:r>
      <w:r w:rsidRPr="00C01CD8">
        <w:rPr>
          <w:lang w:val="sv-SE"/>
        </w:rPr>
        <w:t>Ort och datum: ________________________________</w:t>
      </w:r>
    </w:p>
    <w:p w14:paraId="345D6387" w14:textId="77777777" w:rsidR="00C01CD8" w:rsidRPr="00C01CD8" w:rsidRDefault="00C01CD8" w:rsidP="00C01CD8">
      <w:pPr>
        <w:rPr>
          <w:lang w:val="sv-SE"/>
        </w:rPr>
      </w:pPr>
      <w:r w:rsidRPr="00C01CD8">
        <w:rPr>
          <w:lang w:val="sv-SE"/>
        </w:rPr>
        <w:t>Underskrift: ___________________________________</w:t>
      </w:r>
    </w:p>
    <w:p w14:paraId="73AE71FD" w14:textId="77777777" w:rsidR="00C01CD8" w:rsidRPr="00C01CD8" w:rsidRDefault="00C01CD8">
      <w:pPr>
        <w:rPr>
          <w:lang w:val="sv-SE"/>
        </w:rPr>
      </w:pPr>
    </w:p>
    <w:p w14:paraId="1CC3C13E" w14:textId="7185AA5B" w:rsidR="00AF1BF8" w:rsidRDefault="00AF1BF8">
      <w:pPr>
        <w:rPr>
          <w:lang w:val="sv-SE"/>
        </w:rPr>
      </w:pPr>
      <w:r w:rsidRPr="00AF1BF8">
        <w:rPr>
          <w:lang w:val="sv-SE"/>
        </w:rPr>
        <w:t>Skanna och mejl</w:t>
      </w:r>
      <w:r>
        <w:rPr>
          <w:lang w:val="sv-SE"/>
        </w:rPr>
        <w:t xml:space="preserve">a medgivandet med vändande e-post eller skriv ut och lägg i Fornborgens föreningsbrevlåda. </w:t>
      </w:r>
    </w:p>
    <w:p w14:paraId="0DE932FC" w14:textId="3504C82E" w:rsidR="00AF1BF8" w:rsidRPr="00AF1BF8" w:rsidRDefault="00AF1BF8">
      <w:pPr>
        <w:rPr>
          <w:lang w:val="sv-SE"/>
        </w:rPr>
      </w:pPr>
      <w:r>
        <w:rPr>
          <w:lang w:val="sv-SE"/>
        </w:rPr>
        <w:t>Hälsningar Styrelsen</w:t>
      </w:r>
    </w:p>
    <w:sectPr w:rsidR="00AF1BF8" w:rsidRPr="00AF1BF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rerad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rerad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ktlist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k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2002334">
    <w:abstractNumId w:val="8"/>
  </w:num>
  <w:num w:numId="2" w16cid:durableId="956764065">
    <w:abstractNumId w:val="6"/>
  </w:num>
  <w:num w:numId="3" w16cid:durableId="220948729">
    <w:abstractNumId w:val="5"/>
  </w:num>
  <w:num w:numId="4" w16cid:durableId="774400687">
    <w:abstractNumId w:val="4"/>
  </w:num>
  <w:num w:numId="5" w16cid:durableId="1502890408">
    <w:abstractNumId w:val="7"/>
  </w:num>
  <w:num w:numId="6" w16cid:durableId="624892053">
    <w:abstractNumId w:val="3"/>
  </w:num>
  <w:num w:numId="7" w16cid:durableId="1127624757">
    <w:abstractNumId w:val="2"/>
  </w:num>
  <w:num w:numId="8" w16cid:durableId="1600063117">
    <w:abstractNumId w:val="1"/>
  </w:num>
  <w:num w:numId="9" w16cid:durableId="49291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3CE0"/>
    <w:rsid w:val="00326F90"/>
    <w:rsid w:val="00481FC8"/>
    <w:rsid w:val="006C7494"/>
    <w:rsid w:val="00AA1D8D"/>
    <w:rsid w:val="00AF1BF8"/>
    <w:rsid w:val="00B442FD"/>
    <w:rsid w:val="00B47730"/>
    <w:rsid w:val="00B71DFF"/>
    <w:rsid w:val="00C01CD8"/>
    <w:rsid w:val="00CB0664"/>
    <w:rsid w:val="00FC693F"/>
    <w:rsid w:val="00FD6E31"/>
    <w:rsid w:val="00FD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1E68CF"/>
  <w14:defaultImageDpi w14:val="300"/>
  <w15:docId w15:val="{5B65B2F4-3AEB-4D4A-94D6-2B85CAB96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Rubrik1">
    <w:name w:val="heading 1"/>
    <w:basedOn w:val="Normal"/>
    <w:next w:val="Normal"/>
    <w:link w:val="Rubri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618BF"/>
  </w:style>
  <w:style w:type="paragraph" w:styleId="Sidfot">
    <w:name w:val="footer"/>
    <w:basedOn w:val="Normal"/>
    <w:link w:val="Sidfo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618BF"/>
  </w:style>
  <w:style w:type="paragraph" w:styleId="Ingetavstnd">
    <w:name w:val="No Spacing"/>
    <w:uiPriority w:val="1"/>
    <w:qFormat/>
    <w:rsid w:val="00FC693F"/>
    <w:pPr>
      <w:spacing w:after="0" w:line="240" w:lineRule="auto"/>
    </w:pPr>
  </w:style>
  <w:style w:type="character" w:customStyle="1" w:styleId="Rubrik1Char">
    <w:name w:val="Rubrik 1 Char"/>
    <w:basedOn w:val="Standardstycketeckensnitt"/>
    <w:link w:val="Rubri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">
    <w:name w:val="Title"/>
    <w:basedOn w:val="Normal"/>
    <w:next w:val="Normal"/>
    <w:link w:val="Rubrik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styck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rdtext">
    <w:name w:val="Body Text"/>
    <w:basedOn w:val="Normal"/>
    <w:link w:val="BrdtextChar"/>
    <w:uiPriority w:val="99"/>
    <w:unhideWhenUsed/>
    <w:rsid w:val="00AA1D8D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rsid w:val="00AA1D8D"/>
  </w:style>
  <w:style w:type="paragraph" w:styleId="Brdtext2">
    <w:name w:val="Body Text 2"/>
    <w:basedOn w:val="Normal"/>
    <w:link w:val="Brdtext2Char"/>
    <w:uiPriority w:val="99"/>
    <w:unhideWhenUsed/>
    <w:rsid w:val="00AA1D8D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rsid w:val="00AA1D8D"/>
  </w:style>
  <w:style w:type="paragraph" w:styleId="Brdtext3">
    <w:name w:val="Body Text 3"/>
    <w:basedOn w:val="Normal"/>
    <w:link w:val="Brd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Punktlista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Punktlista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Punktlista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reradlist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reradlist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reradlist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fortstt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fortstt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fortstt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FC693F"/>
    <w:rPr>
      <w:i/>
      <w:iCs/>
      <w:color w:val="000000" w:themeColor="text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ark">
    <w:name w:val="Strong"/>
    <w:basedOn w:val="Standardstycketeckensnitt"/>
    <w:uiPriority w:val="22"/>
    <w:qFormat/>
    <w:rsid w:val="00FC693F"/>
    <w:rPr>
      <w:b/>
      <w:bCs/>
    </w:rPr>
  </w:style>
  <w:style w:type="character" w:styleId="Betoning">
    <w:name w:val="Emphasis"/>
    <w:basedOn w:val="Standardstycketeckensnitt"/>
    <w:uiPriority w:val="20"/>
    <w:qFormat/>
    <w:rsid w:val="00FC693F"/>
    <w:rPr>
      <w:i/>
      <w:iCs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C693F"/>
    <w:rPr>
      <w:b/>
      <w:bCs/>
      <w:i/>
      <w:iCs/>
      <w:color w:val="4F81BD" w:themeColor="accent1"/>
    </w:rPr>
  </w:style>
  <w:style w:type="character" w:styleId="Diskretbetoning">
    <w:name w:val="Subtle Emphasis"/>
    <w:basedOn w:val="Standardstycketeckensnitt"/>
    <w:uiPriority w:val="19"/>
    <w:qFormat/>
    <w:rsid w:val="00FC693F"/>
    <w:rPr>
      <w:i/>
      <w:iCs/>
      <w:color w:val="808080" w:themeColor="text1" w:themeTint="7F"/>
    </w:rPr>
  </w:style>
  <w:style w:type="character" w:styleId="Starkbetoning">
    <w:name w:val="Intense Emphasis"/>
    <w:basedOn w:val="Standardstycketeckensnitt"/>
    <w:uiPriority w:val="21"/>
    <w:qFormat/>
    <w:rsid w:val="00FC693F"/>
    <w:rPr>
      <w:b/>
      <w:bCs/>
      <w:i/>
      <w:iCs/>
      <w:color w:val="4F81BD" w:themeColor="accent1"/>
    </w:rPr>
  </w:style>
  <w:style w:type="character" w:styleId="Diskretreferens">
    <w:name w:val="Subtle Reference"/>
    <w:basedOn w:val="Standardstycketeckensnitt"/>
    <w:uiPriority w:val="31"/>
    <w:qFormat/>
    <w:rsid w:val="00FC693F"/>
    <w:rPr>
      <w:smallCaps/>
      <w:color w:val="C0504D" w:themeColor="accent2"/>
      <w:u w:val="single"/>
    </w:rPr>
  </w:style>
  <w:style w:type="character" w:styleId="Starkreferens">
    <w:name w:val="Intense Reference"/>
    <w:basedOn w:val="Standardstycketeckensnit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kenstitel">
    <w:name w:val="Book Title"/>
    <w:basedOn w:val="Standardstycketeckensnitt"/>
    <w:uiPriority w:val="33"/>
    <w:qFormat/>
    <w:rsid w:val="00FC693F"/>
    <w:rPr>
      <w:b/>
      <w:bCs/>
      <w:smallCap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FC693F"/>
    <w:pPr>
      <w:outlineLvl w:val="9"/>
    </w:pPr>
  </w:style>
  <w:style w:type="table" w:styleId="Tabellrutnt">
    <w:name w:val="Table Grid"/>
    <w:basedOn w:val="Normaltabel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skuggning">
    <w:name w:val="Light Shading"/>
    <w:basedOn w:val="Normaltabel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juslista">
    <w:name w:val="Light List"/>
    <w:basedOn w:val="Normaltabel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juslista-dekorfrg2">
    <w:name w:val="Light List Accent 2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juslista-dekorfrg3">
    <w:name w:val="Light List Accent 3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juslista-dekorfrg4">
    <w:name w:val="Light List Accent 4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juslista-dekorfrg5">
    <w:name w:val="Light List Accent 5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juslista-dekorfrg6">
    <w:name w:val="Light List Accent 6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justrutnt">
    <w:name w:val="Light Grid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justrutnt-dekorfrg2">
    <w:name w:val="Light Grid Accent 2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justrutnt-dekorfrg3">
    <w:name w:val="Light Grid Accent 3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justrutnt-dekorfrg4">
    <w:name w:val="Light Grid Accent 4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justrutnt-dekorfrg5">
    <w:name w:val="Light Grid Accent 5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justrutnt-dekorfrg6">
    <w:name w:val="Light Grid Accent 6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llanmrkskuggning1">
    <w:name w:val="Medium Shading 1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lista1">
    <w:name w:val="Medium List 1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llanmrklista2">
    <w:name w:val="Medium List 2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trutnt1">
    <w:name w:val="Medium Grid 1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llanmrktrutnt2">
    <w:name w:val="Medium Grid 2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rklista">
    <w:name w:val="Dark List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rklista-dekorfrg2">
    <w:name w:val="Dark List Accent 2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Mrklista-dekorfrg3">
    <w:name w:val="Dark List Accent 3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Mrklista-dekorfrg4">
    <w:name w:val="Dark List Accent 4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Mrklista-dekorfrg5">
    <w:name w:val="Dark List Accent 5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Mrklista-dekorfrg6">
    <w:name w:val="Dark List Accent 6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rgadskuggning">
    <w:name w:val="Colorful Shading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lista">
    <w:name w:val="Colorful List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rgadlista-dekorfrg2">
    <w:name w:val="Colorful List Accent 2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rgadlista-dekorfrg3">
    <w:name w:val="Colorful List Accent 3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rgadlista-dekorfrg4">
    <w:name w:val="Colorful List Accent 4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rgadlista-dekorfrg5">
    <w:name w:val="Colorful List Accent 5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rgadlista-dekorfrg6">
    <w:name w:val="Colorful List Accent 6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rgatrutnt">
    <w:name w:val="Colorful Grid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rgatrutnt-dekorfrg2">
    <w:name w:val="Colorful Grid Accent 2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rgatrutnt-dekorfrg3">
    <w:name w:val="Colorful Grid Accent 3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trutnt-dekorfrg4">
    <w:name w:val="Colorful Grid Accent 4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rgatrutnt-dekorfrg5">
    <w:name w:val="Colorful Grid Accent 5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rgatrutnt-dekorfrg6">
    <w:name w:val="Colorful Grid Accent 6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Anette Karls Fors</cp:lastModifiedBy>
  <cp:revision>2</cp:revision>
  <dcterms:created xsi:type="dcterms:W3CDTF">2025-09-24T12:09:00Z</dcterms:created>
  <dcterms:modified xsi:type="dcterms:W3CDTF">2025-09-24T12:09:00Z</dcterms:modified>
  <cp:category/>
</cp:coreProperties>
</file>